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5647"/>
          <w:sz w:val="18"/>
        </w:rPr>
        <w:t>EVIDENCIA 2 · UNIDAD 1</w:t>
      </w:r>
    </w:p>
    <w:p>
      <w:pPr>
        <w:spacing w:after="80"/>
      </w:pPr>
      <w:r>
        <w:rPr>
          <w:b/>
          <w:color w:val="1C2321"/>
          <w:sz w:val="40"/>
        </w:rPr>
        <w:t>Reporte de entorno de desarrollo</w:t>
      </w:r>
    </w:p>
    <w:p>
      <w:pPr>
        <w:spacing w:after="280"/>
      </w:pPr>
      <w:r>
        <w:rPr>
          <w:i/>
          <w:color w:val="4A5450"/>
          <w:sz w:val="21"/>
        </w:rPr>
        <w:t>Datos reales obtenidos directamente de esta máquina el día del reporte</w:t>
      </w:r>
    </w:p>
    <w:p>
      <w:pPr>
        <w:spacing w:after="320"/>
        <w:pBdr>
          <w:bottom w:val="single" w:sz="6" w:space="4" w:color="D7DDD4"/>
        </w:pBdr>
      </w:pPr>
      <w:r>
        <w:rPr>
          <w:color w:val="4A5450"/>
          <w:sz w:val="18"/>
        </w:rPr>
        <w:t>Alumno: Bernardo Prado Diaz   |   Archivo: PRADO_DIAZ_BERNARDO_Evidencia2.docx   |   Fecha: 06/09/2026</w:t>
      </w:r>
    </w:p>
    <w:p>
      <w:pPr>
        <w:spacing w:before="280" w:after="120"/>
      </w:pPr>
      <w:r>
        <w:rPr>
          <w:b/>
          <w:color w:val="1C2321"/>
          <w:sz w:val="26"/>
        </w:rPr>
        <w:t>1. Versión de Google Chrome</w:t>
      </w:r>
    </w:p>
    <w:p>
      <w:pPr>
        <w:spacing w:after="120"/>
      </w:pPr>
      <w:r>
        <w:rPr>
          <w:b w:val="0"/>
          <w:i w:val="0"/>
          <w:color w:val="4A5450"/>
          <w:sz w:val="20"/>
        </w:rPr>
        <w:t>Obtenido de la información de versión del ejecutable instalado (equivalente a chrome://version).</w:t>
      </w:r>
    </w:p>
    <w:p>
      <w:pPr>
        <w:spacing w:before="80" w:after="200"/>
        <w:shd w:val="clear" w:fill="E4E9E2"/>
      </w:pPr>
      <w:r>
        <w:rPr>
          <w:rFonts w:ascii="Consolas" w:hAnsi="Consolas"/>
          <w:color w:val="1F5647"/>
          <w:sz w:val="19"/>
        </w:rPr>
        <w:t>Google Chrome / Chromium   152.0.7977.83</w:t>
      </w:r>
      <w:r>
        <w:br/>
      </w:r>
      <w:r>
        <w:rPr>
          <w:rFonts w:ascii="Consolas" w:hAnsi="Consolas"/>
          <w:color w:val="1C2321"/>
          <w:sz w:val="19"/>
        </w:rPr>
        <w:t>Ruta del ejecutable   C:\Program Files\Google\Chrome\Application\chrome.exe</w:t>
      </w:r>
      <w:r>
        <w:br/>
      </w:r>
      <w:r>
        <w:rPr>
          <w:rFonts w:ascii="Consolas" w:hAnsi="Consolas"/>
          <w:color w:val="1C2321"/>
          <w:sz w:val="19"/>
        </w:rPr>
        <w:t>Perfil   C:\Users\berna\AppData\Local\Google\Chrome\User Data\Default</w:t>
      </w:r>
    </w:p>
    <w:p>
      <w:pPr>
        <w:spacing w:before="280" w:after="120"/>
      </w:pPr>
      <w:r>
        <w:rPr>
          <w:b/>
          <w:color w:val="1C2321"/>
          <w:sz w:val="26"/>
        </w:rPr>
        <w:t>2. Versión de Visual Studio Code</w:t>
      </w:r>
    </w:p>
    <w:p>
      <w:pPr>
        <w:spacing w:after="120"/>
      </w:pPr>
      <w:r>
        <w:rPr>
          <w:b w:val="0"/>
          <w:i w:val="0"/>
          <w:color w:val="4A5450"/>
          <w:sz w:val="20"/>
        </w:rPr>
        <w:t>Salida real del comando ejecutado en la terminal de este equipo:</w:t>
      </w:r>
    </w:p>
    <w:p>
      <w:pPr>
        <w:spacing w:before="80" w:after="200"/>
        <w:shd w:val="clear" w:fill="E4E9E2"/>
      </w:pPr>
      <w:r>
        <w:rPr>
          <w:rFonts w:ascii="Consolas" w:hAnsi="Consolas"/>
          <w:color w:val="1C2321"/>
          <w:sz w:val="19"/>
        </w:rPr>
        <w:t>PS&gt; code --version</w:t>
      </w:r>
      <w:r>
        <w:br/>
      </w:r>
      <w:r>
        <w:rPr>
          <w:rFonts w:ascii="Consolas" w:hAnsi="Consolas"/>
          <w:color w:val="1F5647"/>
          <w:sz w:val="19"/>
        </w:rPr>
        <w:t>1.136.1</w:t>
      </w:r>
      <w:r>
        <w:br/>
      </w:r>
      <w:r>
        <w:rPr>
          <w:rFonts w:ascii="Consolas" w:hAnsi="Consolas"/>
          <w:color w:val="1C2321"/>
          <w:sz w:val="19"/>
        </w:rPr>
        <w:t>a44adf7f53e00964ab890f9f8758a334f1fc15bc</w:t>
      </w:r>
      <w:r>
        <w:br/>
      </w:r>
      <w:r>
        <w:rPr>
          <w:rFonts w:ascii="Consolas" w:hAnsi="Consolas"/>
          <w:color w:val="1C2321"/>
          <w:sz w:val="19"/>
        </w:rPr>
        <w:t>x64</w:t>
      </w:r>
    </w:p>
    <w:p>
      <w:pPr>
        <w:spacing w:before="280" w:after="120"/>
      </w:pPr>
      <w:r>
        <w:rPr>
          <w:b/>
          <w:color w:val="1C2321"/>
          <w:sz w:val="26"/>
        </w:rPr>
        <w:t>3. Versión de Git</w:t>
      </w:r>
    </w:p>
    <w:p>
      <w:pPr>
        <w:spacing w:after="120"/>
      </w:pPr>
      <w:r>
        <w:rPr>
          <w:b w:val="0"/>
          <w:i w:val="0"/>
          <w:color w:val="4A5450"/>
          <w:sz w:val="20"/>
        </w:rPr>
        <w:t>Salida real del comando ejecutado en la terminal de este equipo:</w:t>
      </w:r>
    </w:p>
    <w:p>
      <w:pPr>
        <w:spacing w:before="80" w:after="200"/>
        <w:shd w:val="clear" w:fill="E4E9E2"/>
      </w:pPr>
      <w:r>
        <w:rPr>
          <w:rFonts w:ascii="Consolas" w:hAnsi="Consolas"/>
          <w:color w:val="1C2321"/>
          <w:sz w:val="19"/>
        </w:rPr>
        <w:t>PS&gt; git --version</w:t>
      </w:r>
      <w:r>
        <w:br/>
      </w:r>
      <w:r>
        <w:rPr>
          <w:rFonts w:ascii="Consolas" w:hAnsi="Consolas"/>
          <w:color w:val="1F5647"/>
          <w:sz w:val="19"/>
        </w:rPr>
        <w:t>git version 2.53.0.windows.2</w:t>
      </w:r>
    </w:p>
    <w:p>
      <w:pPr>
        <w:spacing w:before="280" w:after="120"/>
      </w:pPr>
      <w:r>
        <w:rPr>
          <w:b/>
          <w:color w:val="1C2321"/>
          <w:sz w:val="26"/>
        </w:rPr>
        <w:t>4. Versión de Node.js</w:t>
      </w:r>
    </w:p>
    <w:p>
      <w:pPr>
        <w:spacing w:after="120"/>
      </w:pPr>
      <w:r>
        <w:rPr>
          <w:b w:val="0"/>
          <w:i w:val="0"/>
          <w:color w:val="4A5450"/>
          <w:sz w:val="20"/>
        </w:rPr>
        <w:t>Salida real del comando ejecutado en la terminal de este equipo:</w:t>
      </w:r>
    </w:p>
    <w:p>
      <w:pPr>
        <w:spacing w:before="80" w:after="200"/>
        <w:shd w:val="clear" w:fill="E4E9E2"/>
      </w:pPr>
      <w:r>
        <w:rPr>
          <w:rFonts w:ascii="Consolas" w:hAnsi="Consolas"/>
          <w:color w:val="1C2321"/>
          <w:sz w:val="19"/>
        </w:rPr>
        <w:t>PS&gt; node -v</w:t>
      </w:r>
      <w:r>
        <w:br/>
      </w:r>
      <w:r>
        <w:rPr>
          <w:rFonts w:ascii="Consolas" w:hAnsi="Consolas"/>
          <w:color w:val="1F5647"/>
          <w:sz w:val="19"/>
        </w:rPr>
        <w:t>v22.21.0</w:t>
      </w:r>
    </w:p>
    <w:p>
      <w:pPr>
        <w:spacing w:before="280" w:after="120"/>
      </w:pPr>
      <w:r>
        <w:rPr>
          <w:b/>
          <w:color w:val="1C2321"/>
          <w:sz w:val="26"/>
        </w:rPr>
        <w:t>5. Perfil de GitHub</w:t>
      </w:r>
    </w:p>
    <w:p>
      <w:pPr>
        <w:spacing w:after="120"/>
      </w:pPr>
      <w:r>
        <w:rPr>
          <w:b w:val="0"/>
          <w:i w:val="0"/>
          <w:color w:val="4A5450"/>
          <w:sz w:val="20"/>
        </w:rPr>
        <w:t>Datos reales obtenidos vía GitHub CLI (gh api user), sesión activa en este equipo:</w:t>
      </w:r>
    </w:p>
    <w:p>
      <w:pPr>
        <w:spacing w:before="80" w:after="200"/>
        <w:shd w:val="clear" w:fill="E4E9E2"/>
      </w:pPr>
      <w:r>
        <w:rPr>
          <w:rFonts w:ascii="Consolas" w:hAnsi="Consolas"/>
          <w:color w:val="1F5647"/>
          <w:sz w:val="19"/>
        </w:rPr>
        <w:t>Usuario           BernardoPD</w:t>
      </w:r>
      <w:r>
        <w:br/>
      </w:r>
      <w:r>
        <w:rPr>
          <w:rFonts w:ascii="Consolas" w:hAnsi="Consolas"/>
          <w:color w:val="1C2321"/>
          <w:sz w:val="19"/>
        </w:rPr>
        <w:t>URL del perfil    https://github.com/BernardoPD</w:t>
      </w:r>
      <w:r>
        <w:br/>
      </w:r>
      <w:r>
        <w:rPr>
          <w:rFonts w:ascii="Consolas" w:hAnsi="Consolas"/>
          <w:color w:val="1C2321"/>
          <w:sz w:val="19"/>
        </w:rPr>
        <w:t>Repositorios pub. 5</w:t>
      </w:r>
      <w:r>
        <w:br/>
      </w:r>
      <w:r>
        <w:rPr>
          <w:rFonts w:ascii="Consolas" w:hAnsi="Consolas"/>
          <w:color w:val="1C2321"/>
          <w:sz w:val="19"/>
        </w:rPr>
        <w:t>Cuenta creada     11/05/2025</w:t>
      </w:r>
    </w:p>
    <w:p>
      <w:pPr>
        <w:spacing w:before="280" w:after="120"/>
      </w:pPr>
      <w:r>
        <w:rPr>
          <w:b/>
          <w:color w:val="1C2321"/>
          <w:sz w:val="26"/>
        </w:rPr>
        <w:t>6. Repositorio con el primer commit</w:t>
      </w:r>
    </w:p>
    <w:p>
      <w:pPr>
        <w:spacing w:after="120"/>
      </w:pPr>
      <w:r>
        <w:rPr>
          <w:b w:val="0"/>
          <w:i/>
          <w:color w:val="C97C2A"/>
          <w:sz w:val="20"/>
        </w:rPr>
        <w:t>PENDIENTE — este apartado requiere confirmar contigo el nombre del repositorio antes de crearlo y publicarlo en GitHub (es una acción visible públicamente). Complétalo una vez creado el repositorio.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C232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